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- עולם המשחק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בסיסיים בעולם הכדורגל - מגרש, עמדות וחוקים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משפחות מילים הקשורות למשחק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ערכי ספורטיביות כמו כבוד הדדי בניצחון ובהפסד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עולם הכדורגל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לשמור על השער ולמנוע גולים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כדורגל הוא משחק קבוצתי בין שתי קבוצות יריבות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ניצחון נקבע לפי מספר השערים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התפקיד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(מנסה לכבוש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(מגן על השער מפני היריבה)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(מקשר בין ההגנה להתקפה)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המשחק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נכנסים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במשרוקית לתחילת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הקבוצות משחקות ומנסות לכבוש 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בתום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כבוד ליריב, חשיבות ההנאה והחברות מעבר לתוצאה, לחיצת יד בסוף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 שומר על השער ומונע גולים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עונש פנדל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ספורט הוא קודם כל הנאה, חברות וכבוד הדדי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משחק כדורגל שהתלמידים צפו בו או שיחקו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תרגיל הסידור (order)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חנ״מ אפשר לדלג על הפריטים המסומנים כקשים ולהתמקד במשחקים ובהתאמות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- עולם המשחק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כדורגל הוא אחד הספורטים האהובים בעולם. בדף הזה נתרגל מושגים מהמגרש, נכיר תפקידים של שחקנים ונחשוב על ערכים חשובים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שחקן  ·  שחק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 על 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שחקנים יש בכל קבוצה על המגרש במהלך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התפקיד העיקרי של השוער?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לבעוט 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לשמור על השער ולמנוע גולים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לרוץ עם הכדור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כדורגל משחקות שתי קבוצות אחת נגד השנייה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המשחק היא להבקיע כמה שיותר שערים לשער היריבה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הילדים אוהבים ל__________ כדורגל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ילד שמשחק בקבוצה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התפקיד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מקשר בין ההגנה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מגן על השער מפני היריבה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מנסה לכבוש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שומר על השער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המשחק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הקבוצות משחקות ומנסות לכבוש שערים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שורק בתום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שורק במשרוקית לתחילת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השחקנים נכנסים למגרש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שלושה-ארבעה משפטים: מה חשוב לזכור גם כשמפסידים במשחק כדורגל?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תפקיד השוער במשחק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כששחקן נוגע בכדור ביד בתוך שטח העונשין?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- עולם המשחק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