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בעולם הכדורגל -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 ספורטיביות כמו כבוד הדדי בניצחון ובהפסד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עולם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השער ולמנוע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פנדל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כדורגל הוא משחק קבוצתי בין שתי קבוצות יריבות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חוק קבוע במשחק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ניצחון נקבע לפי מספר השערים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ספורטיביות חשובה גם בהפסד, בכבוד ליריב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בכדורגל מותר להחליף מספר שחקנים לפי החוקים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ניצחה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(מגן על השער מפני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(מקשר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שבו מתקיימים המשחקים)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משחקות ומנסות לכבוש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בתום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הקבוצות לוחצות ידיים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כבוד ליריב, חשיבות ההנאה והחברות מעבר לתוצאה, לחיצת יד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עונש פנדל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ספורט הוא קודם כל הנאה, חברות וכבוד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משחק כדורגל שהתלמידים צפו בו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אפשר לדלג על הפריטים המסומנים כקשים ולהתמקד במשחקים ובהתאמות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זה משחק כדור. בדף הזה לומדים מילים על כדורגל - איך קוראים לשחקנים, מה הם עושים, ומה חשוב לזכור כשמשחקים.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 ומנסה למנוע גולים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לכבוש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שמגן על השער מפני הקבוצה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שמקשר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נבחרת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שמייצגת מדינה במשחקים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איצטדיון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מתקיימים משחקי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עונש שניתן כששחקן נוגע בכדור ביד בשטח העונשין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ספורטיביות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הוגנת וכבוד כלפי היריב, גם במנצחים וגם במפסידים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מכל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השוער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לבעוט 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השער ולמנוע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עם הכדור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לעונש על נגיעה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אורך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מנסה לכבוש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משחקות שתי קבוצות אחת נגד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הוא היחיד שמותר לו לגעת בכדור בידיים בתוך שטח העונשין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כמה שיותר שערים לשער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ספורטיביות אמיתית מתבטאת רק כשמנצחים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בשום מקרה להחליף שחקנים במהלך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הילדים אוהבים ל__________ כדורגל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ילד שמשחק בקבוצה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ראינו __________ מרגש בין שתי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שלנו __________ בזכות שער מהמם בדקה האחרונה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השוער __________ את הכדור ומנע גול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מתקיימים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איצטדיון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מגן על השער מפני היריבה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משחקות ומנסות לכבוש שערים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בתום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לוחצות ידיים בסוף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במשרוקית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משפטים: מה חשוב לזכור גם כשמפסידים במשחק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השוער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כששחקן נוגע בכדור ביד בתוך שטח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לנהוג בספורטיביות גם כשמפסידים?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- עולם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