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- עולם המשחק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בעולם הכדורגל - מגרש, עמדות וחוקים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 הקשורות למשחק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ערכי ספורטיביות כמו כבוד הדדי בניצחון ובהפסד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עולם הכדורגל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לשמור על השער ולמנוע גולים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פנדל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90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חלוץ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כדורגל הוא משחק קבוצתי בין שתי קבוצות יריבות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חוק קבוע במשחק הכדורגל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ניצחון נקבע לפי מספר השערים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ספורטיביות חשובה גם בהפסד, בכבוד ליריב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בכדורגל מותר להחליף מספר שחקנים לפי החוקים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ניצחה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התפקיד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(מנסה לכבוש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(מגן על השער מפני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(מקשר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(מקום שבו מתקיימים המשחקים)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המשחק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נכנסים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במשרוקית לתחילת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הקבוצות משחקות ומנסות לכבוש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בתום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הקבוצות לוחצות ידיים בסוף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כבוד ליריב, חשיבות ההנאה והחברות מעבר לתוצאה, לחיצת יד בסוף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 שומר על השער ומונע גולים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עונש פנדל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ספורט הוא קודם כל הנאה, חברות וכבוד 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משחק כדורגל שהתלמידים צפו בו או שיחקו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תרגיל הסידור (order)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חנ״מ אפשר לדלג על הפריטים המסומנים כקשים ולהתמקד במשחקים ובהתאמות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- עולם המשחק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כדורגל הוא אחד הספורטים האהובים בעולם. בדף הזה נתרגל מושגים מהמגרש, נכיר תפקידים של שחקנים ונחשוב על ערכים חשובים במשחק.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 על 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בכל קבוצה על המגרש במהלך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התפקיד העיקרי של השוער?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לבעוט 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השער ולמנוע גולים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עם הכדור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לשפוט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לעונש כאשר שחקן נוגע בכדור ביד בתוך שטח העונשין?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אורך משחק כדורגל רגיל, ללא הארכות?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שחקן תפקידו להתקדם קדימה ולנסות לכבוש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כדורגל משחקות שתי קבוצות אחת נגד השנייה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 הוא היחיד שמותר לו לגעת בכדור בידיים בתוך שטח העונשין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להבקיע כמה שיותר שערים לשער היריבה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ספורטיביות אמיתית מתבטאת רק כשמנצחים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בשום מקרה להחליף שחקנים במהלך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הילדים אוהבים ל__________ כדורגל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ילד שמשחק בקבוצה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אתמול ראינו __________ מרגש בין שתי הקבוצות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הקבוצה שלנו __________ בזכות שער מהמם בדקה האחרונה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השוער __________ את הכדור ומנע גול בטוח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התפקיד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מגן על השער מפני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מתקיימים המשחקים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מקשר בין ההגנה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מנסה לכבוש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איצטדיון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שומר על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המשחק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בתום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משחקות ומנסות לכבוש שערים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במשרוקית לתחילת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לוחצות ידיים בסוף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נכנסים למגרש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שלושה-ארבעה משפטים: מה חשוב לזכור גם כשמפסידים במשחק כדורגל?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השוער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כששחקן נוגע בכדור ביד בתוך שטח העונשין?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לנהוג בספורטיביות גם כשמפסידים?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- עולם המשחק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